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225A1" w14:textId="77777777" w:rsidR="0011074A" w:rsidRDefault="00A40455">
      <w:pPr>
        <w:pStyle w:val="Title"/>
      </w:pPr>
      <w:r>
        <w:t>DSPL3 – Delivering Special Provision Locally</w:t>
      </w:r>
    </w:p>
    <w:p w14:paraId="1A4A6B41" w14:textId="77777777" w:rsidR="0011074A" w:rsidRDefault="00A40455">
      <w:pPr>
        <w:pStyle w:val="Heading1"/>
      </w:pPr>
      <w:r>
        <w:t>Secondary Transition Proforma</w:t>
      </w:r>
    </w:p>
    <w:p w14:paraId="34016751" w14:textId="77777777" w:rsidR="0011074A" w:rsidRDefault="00A40455">
      <w:pPr>
        <w:pStyle w:val="Heading2"/>
      </w:pPr>
      <w:r>
        <w:t>Child’s Details</w:t>
      </w:r>
    </w:p>
    <w:p w14:paraId="34E56BF0" w14:textId="77777777" w:rsidR="0011074A" w:rsidRDefault="00A40455">
      <w:r>
        <w:t>Child’s Name: __________________________________________</w:t>
      </w:r>
    </w:p>
    <w:p w14:paraId="606AA409" w14:textId="77777777" w:rsidR="0011074A" w:rsidRDefault="00A40455">
      <w:r>
        <w:t>D.O.B: __________________________________________</w:t>
      </w:r>
    </w:p>
    <w:p w14:paraId="7623E2E7" w14:textId="77777777" w:rsidR="0011074A" w:rsidRDefault="00A40455">
      <w:r>
        <w:t>Primary School: __________________________________________</w:t>
      </w:r>
    </w:p>
    <w:p w14:paraId="2FBE9092" w14:textId="77777777" w:rsidR="002C0B45" w:rsidRDefault="002C0B45">
      <w:pPr>
        <w:pStyle w:val="Heading2"/>
      </w:pPr>
    </w:p>
    <w:p w14:paraId="59C4BEDD" w14:textId="4A0EAAE3" w:rsidR="0011074A" w:rsidRDefault="00A40455">
      <w:pPr>
        <w:pStyle w:val="Heading2"/>
      </w:pPr>
      <w:r>
        <w:t>Medical Conditions</w:t>
      </w:r>
    </w:p>
    <w:p w14:paraId="6BDB035E" w14:textId="77777777" w:rsidR="0011074A" w:rsidRDefault="00A40455">
      <w:r>
        <w:t>Diagnosis: __________________________________________</w:t>
      </w:r>
    </w:p>
    <w:p w14:paraId="4C1D1A3E" w14:textId="77777777" w:rsidR="0011074A" w:rsidRDefault="00A40455">
      <w:r>
        <w:t>Emergency Medication/Equipment: __________________________________________</w:t>
      </w:r>
    </w:p>
    <w:p w14:paraId="1384A859" w14:textId="77777777" w:rsidR="0011074A" w:rsidRDefault="00A40455">
      <w:r>
        <w:t>Any Sensory Impairment: ☐ Visual ☐ Hearing</w:t>
      </w:r>
    </w:p>
    <w:p w14:paraId="633B206B" w14:textId="77777777" w:rsidR="0011074A" w:rsidRDefault="00A40455">
      <w:r>
        <w:t>Communication Aids: __________________________________________</w:t>
      </w:r>
    </w:p>
    <w:p w14:paraId="6E578AA6" w14:textId="77777777" w:rsidR="0011074A" w:rsidRDefault="00A40455">
      <w:r>
        <w:t>Toileting: __________________________________________</w:t>
      </w:r>
    </w:p>
    <w:p w14:paraId="2F6F0415" w14:textId="77777777" w:rsidR="0011074A" w:rsidRDefault="00A40455">
      <w:r>
        <w:t>Physical Intervention/RPI: __________________________________________</w:t>
      </w:r>
    </w:p>
    <w:p w14:paraId="50FC642F" w14:textId="77777777" w:rsidR="0011074A" w:rsidRDefault="00A40455">
      <w:r>
        <w:t>Any Psychological Issues or Trauma: __________________________________________</w:t>
      </w:r>
    </w:p>
    <w:p w14:paraId="39492314" w14:textId="77777777" w:rsidR="002C0B45" w:rsidRDefault="002C0B45">
      <w:pPr>
        <w:pStyle w:val="Heading2"/>
      </w:pPr>
    </w:p>
    <w:p w14:paraId="7D9C2EA5" w14:textId="3CBCFD2B" w:rsidR="0011074A" w:rsidRDefault="00A40455">
      <w:pPr>
        <w:pStyle w:val="Heading2"/>
      </w:pPr>
      <w:r>
        <w:t>Summary of Need</w:t>
      </w:r>
    </w:p>
    <w:p w14:paraId="6BB66C65" w14:textId="77777777" w:rsidR="0011074A" w:rsidRDefault="00A40455">
      <w:r>
        <w:t>SEND Status: __________________________________________</w:t>
      </w:r>
    </w:p>
    <w:p w14:paraId="506953A7" w14:textId="08D6DF6B" w:rsidR="0011074A" w:rsidRDefault="00A40455">
      <w:r>
        <w:t>SEND Details (strengths &amp; weaknesses):</w:t>
      </w:r>
      <w:r>
        <w:br/>
        <w:t>__________________________________________</w:t>
      </w:r>
      <w:r w:rsidR="00C1002A">
        <w:t>____________________________________________________________________________</w:t>
      </w:r>
      <w:r w:rsidR="00B25BFD">
        <w:t>________________________________________________________________________________________________________________________________________________________</w:t>
      </w:r>
      <w:r>
        <w:t>__________________________________________</w:t>
      </w:r>
      <w:r w:rsidR="00B25BFD">
        <w:t>___</w:t>
      </w:r>
    </w:p>
    <w:p w14:paraId="25E01E08" w14:textId="522D8905" w:rsidR="00452903" w:rsidRDefault="00A40455">
      <w:r>
        <w:t>SEND Support (e.g. hours of TA support / type):</w:t>
      </w:r>
      <w:r>
        <w:br/>
        <w:t>__________________________________________</w:t>
      </w:r>
      <w:r w:rsidR="00452903">
        <w:t>________________________________________________________________________________________________________________________________________________________________________</w:t>
      </w:r>
      <w:r w:rsidR="00C524B4">
        <w:t>_________________________________________________________________________________________________________</w:t>
      </w:r>
    </w:p>
    <w:p w14:paraId="6C3AF3F2" w14:textId="04C9F0F5" w:rsidR="0011074A" w:rsidRDefault="00A40455">
      <w:r>
        <w:lastRenderedPageBreak/>
        <w:t>Behaviour Concerns (likes/dislikes):</w:t>
      </w:r>
      <w:r>
        <w:br/>
        <w:t>__________________________________________</w:t>
      </w:r>
      <w:r w:rsidR="0073513E">
        <w:t>__________________________________________________________________________________________________________________________________________________________________________________________________________________</w:t>
      </w:r>
      <w:r w:rsidR="00C524B4">
        <w:t>_______________________________________________________________</w:t>
      </w:r>
    </w:p>
    <w:p w14:paraId="2CAD698D" w14:textId="09E54175" w:rsidR="0011074A" w:rsidRDefault="00A40455">
      <w:r>
        <w:t>Learning Needs (I learn best when…):</w:t>
      </w:r>
      <w:r>
        <w:br/>
        <w:t>__________________________________________</w:t>
      </w:r>
      <w:r w:rsidR="0073513E">
        <w:t>________________________________________________________________________________________________________________________________________________________________________</w:t>
      </w:r>
    </w:p>
    <w:p w14:paraId="13B70996" w14:textId="1A7B8F5D" w:rsidR="0011074A" w:rsidRDefault="00A40455">
      <w:r>
        <w:t>Potential Triggers:</w:t>
      </w:r>
      <w:r>
        <w:br/>
        <w:t>__________________________________________</w:t>
      </w:r>
      <w:r w:rsidR="00C524B4">
        <w:t>________________________________________________________________________________________________________________________________________________________________________</w:t>
      </w:r>
    </w:p>
    <w:p w14:paraId="6FF77E48" w14:textId="20D844B8" w:rsidR="0011074A" w:rsidRDefault="00A40455">
      <w:r>
        <w:t>Strategies in Place:</w:t>
      </w:r>
      <w:r>
        <w:br/>
        <w:t>__________________________________________</w:t>
      </w:r>
      <w:r w:rsidR="00AB6688">
        <w:t>________________________________________________________________________________________________________________________________________________________________________</w:t>
      </w:r>
    </w:p>
    <w:p w14:paraId="04B4723E" w14:textId="6F8A64DD" w:rsidR="0011074A" w:rsidRDefault="00A40455">
      <w:r>
        <w:t>Daily Routines:</w:t>
      </w:r>
      <w:r>
        <w:br/>
        <w:t>__________________________________________</w:t>
      </w:r>
      <w:r w:rsidR="00AB6688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98F5F29" w14:textId="77777777" w:rsidR="0011074A" w:rsidRDefault="00A40455">
      <w:r>
        <w:t>Timetable: ☐ Full-time ☐ Reduced</w:t>
      </w:r>
      <w:r>
        <w:br/>
        <w:t>Details: ______________________________</w:t>
      </w:r>
    </w:p>
    <w:p w14:paraId="4C3B59B4" w14:textId="77777777" w:rsidR="00674446" w:rsidRDefault="00674446">
      <w:pPr>
        <w:pStyle w:val="Heading2"/>
      </w:pPr>
    </w:p>
    <w:p w14:paraId="2C4268EF" w14:textId="7201DAFF" w:rsidR="0011074A" w:rsidRDefault="00A40455">
      <w:pPr>
        <w:pStyle w:val="Heading2"/>
      </w:pPr>
      <w:r>
        <w:t>Further Information</w:t>
      </w:r>
    </w:p>
    <w:p w14:paraId="0AC065C7" w14:textId="77777777" w:rsidR="0011074A" w:rsidRDefault="00A40455">
      <w:r>
        <w:t>Pupil Premium: ☐ Yes ☐ No</w:t>
      </w:r>
    </w:p>
    <w:p w14:paraId="120D4BAD" w14:textId="77777777" w:rsidR="0011074A" w:rsidRDefault="00A40455">
      <w:r>
        <w:t>Child Looked After: ☐ Yes ☐ No</w:t>
      </w:r>
    </w:p>
    <w:p w14:paraId="231CF129" w14:textId="77777777" w:rsidR="0011074A" w:rsidRDefault="00A40455">
      <w:r>
        <w:t>Child Protection Concerns: ☐ Yes ☐ No</w:t>
      </w:r>
    </w:p>
    <w:p w14:paraId="74BCEAA3" w14:textId="77777777" w:rsidR="00674446" w:rsidRDefault="00674446">
      <w:pPr>
        <w:pStyle w:val="Heading2"/>
      </w:pPr>
    </w:p>
    <w:p w14:paraId="285C660C" w14:textId="1BED2BFB" w:rsidR="0011074A" w:rsidRDefault="00A40455">
      <w:pPr>
        <w:pStyle w:val="Heading2"/>
      </w:pPr>
      <w:r>
        <w:t>Attainment (if not at expected level)</w:t>
      </w:r>
    </w:p>
    <w:p w14:paraId="7BC39E04" w14:textId="77777777" w:rsidR="0011074A" w:rsidRDefault="00A40455">
      <w:r>
        <w:t>Reading: __________________________________________</w:t>
      </w:r>
    </w:p>
    <w:p w14:paraId="1A92007B" w14:textId="77777777" w:rsidR="0011074A" w:rsidRDefault="00A40455">
      <w:r>
        <w:t>Writing: __________________________________________</w:t>
      </w:r>
    </w:p>
    <w:p w14:paraId="6E29406E" w14:textId="77777777" w:rsidR="0011074A" w:rsidRDefault="00A40455">
      <w:r>
        <w:t>Maths: __________________________________________</w:t>
      </w:r>
    </w:p>
    <w:p w14:paraId="13FF4CC6" w14:textId="77777777" w:rsidR="00674446" w:rsidRDefault="00674446">
      <w:pPr>
        <w:pStyle w:val="Heading2"/>
      </w:pPr>
    </w:p>
    <w:p w14:paraId="3F999C52" w14:textId="0EACBDF0" w:rsidR="0011074A" w:rsidRDefault="00A40455">
      <w:pPr>
        <w:pStyle w:val="Heading2"/>
      </w:pPr>
      <w:r>
        <w:t>SEND Agencies Involved</w:t>
      </w:r>
    </w:p>
    <w:p w14:paraId="030EC00C" w14:textId="77777777" w:rsidR="0011074A" w:rsidRDefault="00A40455">
      <w:r>
        <w:t>☐</w:t>
      </w:r>
      <w:r>
        <w:t xml:space="preserve"> Currently involved ☐ Previously involved</w:t>
      </w:r>
    </w:p>
    <w:p w14:paraId="67EA400F" w14:textId="52B039BD" w:rsidR="0011074A" w:rsidRDefault="00A40455">
      <w:r>
        <w:t>Details:</w:t>
      </w:r>
      <w:r>
        <w:br/>
        <w:t>__________________________________________</w:t>
      </w:r>
      <w:r w:rsidR="00BF3364">
        <w:t>________________________________________________________________________________________________________________________________________________________________________</w:t>
      </w:r>
    </w:p>
    <w:p w14:paraId="20A86608" w14:textId="77777777" w:rsidR="0011074A" w:rsidRDefault="00A40455">
      <w:pPr>
        <w:pStyle w:val="Heading2"/>
      </w:pPr>
      <w:r>
        <w:t>Alternative Provision (AP)</w:t>
      </w:r>
    </w:p>
    <w:p w14:paraId="775EFE92" w14:textId="77777777" w:rsidR="0011074A" w:rsidRDefault="00A40455">
      <w:r>
        <w:t>Is the pupil attending AP? ☐ Yes ☐ No</w:t>
      </w:r>
    </w:p>
    <w:p w14:paraId="125913B0" w14:textId="3A540B93" w:rsidR="0011074A" w:rsidRDefault="00A40455">
      <w:r>
        <w:t>If yes, where and % of timetable:</w:t>
      </w:r>
      <w:r>
        <w:br/>
        <w:t>__________________________________________</w:t>
      </w:r>
      <w:r w:rsidR="00D74C02">
        <w:t>_______________________________________________________________</w:t>
      </w:r>
    </w:p>
    <w:p w14:paraId="7E550919" w14:textId="77777777" w:rsidR="0011074A" w:rsidRDefault="00A40455">
      <w:pPr>
        <w:pStyle w:val="Heading2"/>
      </w:pPr>
      <w:r>
        <w:t>Pastoral Information / Concerns</w:t>
      </w:r>
    </w:p>
    <w:p w14:paraId="1F4AECD6" w14:textId="05382A7D" w:rsidR="0011074A" w:rsidRDefault="00A40455">
      <w:r>
        <w:t>__________________________________________</w:t>
      </w:r>
      <w:r w:rsidR="00D74C02">
        <w:t>________________________________________________________________________________________________________________________________________________________________________</w:t>
      </w:r>
    </w:p>
    <w:p w14:paraId="186C7ED3" w14:textId="77777777" w:rsidR="0011074A" w:rsidRDefault="00A40455">
      <w:pPr>
        <w:pStyle w:val="Heading2"/>
      </w:pPr>
      <w:r>
        <w:t>Exam Access Arrangements</w:t>
      </w:r>
    </w:p>
    <w:p w14:paraId="154A1728" w14:textId="77777777" w:rsidR="0011074A" w:rsidRDefault="00A40455">
      <w:r>
        <w:t>__________________________________________</w:t>
      </w:r>
    </w:p>
    <w:p w14:paraId="56671D57" w14:textId="77777777" w:rsidR="0011074A" w:rsidRDefault="00A40455">
      <w:pPr>
        <w:pStyle w:val="Heading2"/>
      </w:pPr>
      <w:r>
        <w:t>Transition Support</w:t>
      </w:r>
    </w:p>
    <w:p w14:paraId="4CDD7B34" w14:textId="77777777" w:rsidR="0011074A" w:rsidRDefault="00A40455">
      <w:r>
        <w:t>Ideal number of additional transition days: __________________________________________</w:t>
      </w:r>
    </w:p>
    <w:p w14:paraId="67CC699B" w14:textId="77777777" w:rsidR="0011074A" w:rsidRDefault="00A40455">
      <w:pPr>
        <w:pStyle w:val="Heading2"/>
      </w:pPr>
      <w:r>
        <w:t>Group Placement Considerations</w:t>
      </w:r>
    </w:p>
    <w:p w14:paraId="27FC58D8" w14:textId="77777777" w:rsidR="0011074A" w:rsidRDefault="00A40455">
      <w:r>
        <w:t>Pupils they should NOT be placed with:</w:t>
      </w:r>
      <w:r>
        <w:br/>
        <w:t>__________________________________________</w:t>
      </w:r>
    </w:p>
    <w:p w14:paraId="16E921C6" w14:textId="77777777" w:rsidR="0011074A" w:rsidRDefault="00A40455">
      <w:r>
        <w:t>Pupils they would work well with:</w:t>
      </w:r>
      <w:r>
        <w:br/>
        <w:t>__________________________________________</w:t>
      </w:r>
    </w:p>
    <w:sectPr w:rsidR="0011074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66039189">
    <w:abstractNumId w:val="8"/>
  </w:num>
  <w:num w:numId="2" w16cid:durableId="251938931">
    <w:abstractNumId w:val="6"/>
  </w:num>
  <w:num w:numId="3" w16cid:durableId="1759597580">
    <w:abstractNumId w:val="5"/>
  </w:num>
  <w:num w:numId="4" w16cid:durableId="1522818217">
    <w:abstractNumId w:val="4"/>
  </w:num>
  <w:num w:numId="5" w16cid:durableId="1276062662">
    <w:abstractNumId w:val="7"/>
  </w:num>
  <w:num w:numId="6" w16cid:durableId="150143896">
    <w:abstractNumId w:val="3"/>
  </w:num>
  <w:num w:numId="7" w16cid:durableId="1624312518">
    <w:abstractNumId w:val="2"/>
  </w:num>
  <w:num w:numId="8" w16cid:durableId="225262998">
    <w:abstractNumId w:val="1"/>
  </w:num>
  <w:num w:numId="9" w16cid:durableId="75979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1074A"/>
    <w:rsid w:val="0015074B"/>
    <w:rsid w:val="0029639D"/>
    <w:rsid w:val="002C0B45"/>
    <w:rsid w:val="00326F90"/>
    <w:rsid w:val="00452903"/>
    <w:rsid w:val="00674446"/>
    <w:rsid w:val="0073513E"/>
    <w:rsid w:val="00A40455"/>
    <w:rsid w:val="00AA1D8D"/>
    <w:rsid w:val="00AB6688"/>
    <w:rsid w:val="00B25BFD"/>
    <w:rsid w:val="00B47730"/>
    <w:rsid w:val="00BF3364"/>
    <w:rsid w:val="00C1002A"/>
    <w:rsid w:val="00C524B4"/>
    <w:rsid w:val="00CB0664"/>
    <w:rsid w:val="00D41298"/>
    <w:rsid w:val="00D74C0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3A0AA9AA-3187-4C6A-914F-0AF0DE4C8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704</Words>
  <Characters>3680</Characters>
  <Application>Microsoft Office Word</Application>
  <DocSecurity>0</DocSecurity>
  <Lines>262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Katie Algate DSPL3 Manager</cp:lastModifiedBy>
  <cp:revision>12</cp:revision>
  <dcterms:created xsi:type="dcterms:W3CDTF">2013-12-23T23:15:00Z</dcterms:created>
  <dcterms:modified xsi:type="dcterms:W3CDTF">2026-04-23T22:44:00Z</dcterms:modified>
  <cp:category/>
</cp:coreProperties>
</file>